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9D742" w14:textId="3E0D8115" w:rsidR="004922D1" w:rsidRPr="004922D1" w:rsidRDefault="004922D1" w:rsidP="004922D1">
      <w:pPr>
        <w:pStyle w:val="Balk4"/>
        <w:spacing w:before="0" w:after="225" w:line="525" w:lineRule="atLeast"/>
        <w:rPr>
          <w:i w:val="0"/>
          <w:iCs w:val="0"/>
          <w:lang w:val="tr-TR"/>
        </w:rPr>
      </w:pP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 w:rsidRPr="004922D1">
        <w:rPr>
          <w:i w:val="0"/>
          <w:iCs w:val="0"/>
          <w:lang w:val="tr-TR"/>
        </w:rPr>
        <w:tab/>
      </w:r>
      <w:r w:rsidRPr="004922D1">
        <w:rPr>
          <w:i w:val="0"/>
          <w:iCs w:val="0"/>
          <w:lang w:val="tr-TR"/>
        </w:rPr>
        <w:tab/>
      </w:r>
      <w:r w:rsidRPr="004922D1">
        <w:rPr>
          <w:i w:val="0"/>
          <w:iCs w:val="0"/>
          <w:lang w:val="tr-TR"/>
        </w:rPr>
        <w:tab/>
      </w:r>
      <w:r w:rsidRPr="004922D1">
        <w:rPr>
          <w:i w:val="0"/>
          <w:iCs w:val="0"/>
          <w:lang w:val="tr-TR"/>
        </w:rPr>
        <w:tab/>
      </w:r>
      <w:r w:rsidRPr="004922D1">
        <w:rPr>
          <w:i w:val="0"/>
          <w:iCs w:val="0"/>
          <w:lang w:val="tr-TR"/>
        </w:rPr>
        <w:tab/>
        <w:t xml:space="preserve">23.04.2025 </w:t>
      </w:r>
    </w:p>
    <w:p w14:paraId="7665376E" w14:textId="477A4EB2" w:rsidR="004922D1" w:rsidRPr="004922D1" w:rsidRDefault="004922D1" w:rsidP="004922D1">
      <w:pPr>
        <w:pStyle w:val="Balk4"/>
        <w:spacing w:before="0" w:after="225" w:line="525" w:lineRule="atLeast"/>
        <w:rPr>
          <w:rFonts w:ascii="Source Sans Pro" w:hAnsi="Source Sans Pro"/>
          <w:i w:val="0"/>
          <w:iCs w:val="0"/>
          <w:color w:val="333333"/>
        </w:rPr>
      </w:pPr>
      <w:r w:rsidRPr="004922D1">
        <w:rPr>
          <w:rFonts w:ascii="Source Sans Pro" w:hAnsi="Source Sans Pro"/>
          <w:i w:val="0"/>
          <w:iCs w:val="0"/>
          <w:color w:val="333333"/>
        </w:rPr>
        <w:t xml:space="preserve">23 Nisan </w:t>
      </w:r>
      <w:proofErr w:type="spellStart"/>
      <w:r w:rsidRPr="004922D1">
        <w:rPr>
          <w:rFonts w:ascii="Source Sans Pro" w:hAnsi="Source Sans Pro"/>
          <w:i w:val="0"/>
          <w:iCs w:val="0"/>
          <w:color w:val="333333"/>
        </w:rPr>
        <w:t>Coşkusu</w:t>
      </w:r>
      <w:proofErr w:type="spellEnd"/>
      <w:r w:rsidRPr="004922D1">
        <w:rPr>
          <w:rFonts w:ascii="Source Sans Pro" w:hAnsi="Source Sans Pro"/>
          <w:i w:val="0"/>
          <w:iCs w:val="0"/>
          <w:color w:val="333333"/>
        </w:rPr>
        <w:t xml:space="preserve"> Ayşe </w:t>
      </w:r>
      <w:proofErr w:type="spellStart"/>
      <w:r w:rsidRPr="004922D1">
        <w:rPr>
          <w:rFonts w:ascii="Source Sans Pro" w:hAnsi="Source Sans Pro"/>
          <w:i w:val="0"/>
          <w:iCs w:val="0"/>
          <w:color w:val="333333"/>
        </w:rPr>
        <w:t>İlbak</w:t>
      </w:r>
      <w:proofErr w:type="spellEnd"/>
      <w:r w:rsidRPr="004922D1">
        <w:rPr>
          <w:rFonts w:ascii="Source Sans Pro" w:hAnsi="Source Sans Pro"/>
          <w:i w:val="0"/>
          <w:iCs w:val="0"/>
          <w:color w:val="333333"/>
        </w:rPr>
        <w:t xml:space="preserve"> </w:t>
      </w:r>
      <w:proofErr w:type="spellStart"/>
      <w:r w:rsidRPr="004922D1">
        <w:rPr>
          <w:rFonts w:ascii="Source Sans Pro" w:hAnsi="Source Sans Pro"/>
          <w:i w:val="0"/>
          <w:iCs w:val="0"/>
          <w:color w:val="333333"/>
        </w:rPr>
        <w:t>Anaokulu’nda</w:t>
      </w:r>
      <w:proofErr w:type="spellEnd"/>
      <w:r w:rsidRPr="004922D1">
        <w:rPr>
          <w:rFonts w:ascii="Source Sans Pro" w:hAnsi="Source Sans Pro"/>
          <w:i w:val="0"/>
          <w:iCs w:val="0"/>
          <w:color w:val="333333"/>
        </w:rPr>
        <w:t>!</w:t>
      </w:r>
      <w:r w:rsidRPr="004922D1">
        <w:rPr>
          <w:rFonts w:ascii="Source Sans Pro" w:hAnsi="Source Sans Pro"/>
          <w:i w:val="0"/>
          <w:iCs w:val="0"/>
          <w:color w:val="333333"/>
        </w:rPr>
        <w:t xml:space="preserve"> </w:t>
      </w:r>
    </w:p>
    <w:p w14:paraId="240C6063" w14:textId="77777777" w:rsidR="004922D1" w:rsidRDefault="004922D1" w:rsidP="004922D1">
      <w:pPr>
        <w:pStyle w:val="NormalWeb"/>
        <w:spacing w:before="0" w:beforeAutospacing="0" w:after="0" w:afterAutospacing="0" w:line="525" w:lineRule="atLeast"/>
        <w:rPr>
          <w:rFonts w:ascii="Source Sans Pro" w:hAnsi="Source Sans Pro"/>
          <w:color w:val="000000"/>
          <w:sz w:val="21"/>
          <w:szCs w:val="21"/>
        </w:rPr>
      </w:pPr>
      <w:r>
        <w:rPr>
          <w:rFonts w:ascii="Source Sans Pro" w:hAnsi="Source Sans Pro"/>
          <w:color w:val="000000"/>
          <w:sz w:val="21"/>
          <w:szCs w:val="21"/>
        </w:rPr>
        <w:t> </w:t>
      </w:r>
    </w:p>
    <w:p w14:paraId="09DA7F53" w14:textId="77777777" w:rsidR="004922D1" w:rsidRDefault="004922D1" w:rsidP="004922D1">
      <w:pPr>
        <w:pStyle w:val="NormalWeb"/>
        <w:spacing w:before="0" w:beforeAutospacing="0" w:after="0" w:afterAutospacing="0" w:line="525" w:lineRule="atLeast"/>
        <w:rPr>
          <w:rFonts w:ascii="Source Sans Pro" w:hAnsi="Source Sans Pro"/>
          <w:color w:val="000000"/>
          <w:sz w:val="21"/>
          <w:szCs w:val="21"/>
        </w:rPr>
      </w:pPr>
      <w:r>
        <w:rPr>
          <w:rFonts w:ascii="Source Sans Pro" w:hAnsi="Source Sans Pro"/>
          <w:color w:val="000000"/>
          <w:sz w:val="21"/>
          <w:szCs w:val="21"/>
        </w:rPr>
        <w:t>Öğr. Gör. Dr. Yasin Tok ve Çocuk Gelişimi Bölümü öğrencilerimiz, </w:t>
      </w:r>
      <w:r>
        <w:rPr>
          <w:rStyle w:val="Gl"/>
          <w:rFonts w:ascii="Source Sans Pro" w:hAnsi="Source Sans Pro"/>
          <w:color w:val="000000"/>
          <w:sz w:val="21"/>
          <w:szCs w:val="21"/>
        </w:rPr>
        <w:t>23 Nisan Ulusal Egemenlik ve Çocuk Bayramı</w:t>
      </w:r>
      <w:r>
        <w:rPr>
          <w:rFonts w:ascii="Source Sans Pro" w:hAnsi="Source Sans Pro"/>
          <w:color w:val="000000"/>
          <w:sz w:val="21"/>
          <w:szCs w:val="21"/>
        </w:rPr>
        <w:t> kapsamında </w:t>
      </w:r>
      <w:r>
        <w:rPr>
          <w:rStyle w:val="Gl"/>
          <w:rFonts w:ascii="Source Sans Pro" w:hAnsi="Source Sans Pro"/>
          <w:color w:val="000000"/>
          <w:sz w:val="21"/>
          <w:szCs w:val="21"/>
        </w:rPr>
        <w:t xml:space="preserve">Ayşe </w:t>
      </w:r>
      <w:proofErr w:type="spellStart"/>
      <w:r>
        <w:rPr>
          <w:rStyle w:val="Gl"/>
          <w:rFonts w:ascii="Source Sans Pro" w:hAnsi="Source Sans Pro"/>
          <w:color w:val="000000"/>
          <w:sz w:val="21"/>
          <w:szCs w:val="21"/>
        </w:rPr>
        <w:t>İlbak</w:t>
      </w:r>
      <w:proofErr w:type="spellEnd"/>
      <w:r>
        <w:rPr>
          <w:rStyle w:val="Gl"/>
          <w:rFonts w:ascii="Source Sans Pro" w:hAnsi="Source Sans Pro"/>
          <w:color w:val="000000"/>
          <w:sz w:val="21"/>
          <w:szCs w:val="21"/>
        </w:rPr>
        <w:t xml:space="preserve"> </w:t>
      </w:r>
      <w:proofErr w:type="spellStart"/>
      <w:r>
        <w:rPr>
          <w:rStyle w:val="Gl"/>
          <w:rFonts w:ascii="Source Sans Pro" w:hAnsi="Source Sans Pro"/>
          <w:color w:val="000000"/>
          <w:sz w:val="21"/>
          <w:szCs w:val="21"/>
        </w:rPr>
        <w:t>Anaokulu</w:t>
      </w:r>
      <w:r>
        <w:rPr>
          <w:rFonts w:ascii="Source Sans Pro" w:hAnsi="Source Sans Pro"/>
          <w:color w:val="000000"/>
          <w:sz w:val="21"/>
          <w:szCs w:val="21"/>
        </w:rPr>
        <w:t>’nu</w:t>
      </w:r>
      <w:proofErr w:type="spellEnd"/>
      <w:r>
        <w:rPr>
          <w:rFonts w:ascii="Source Sans Pro" w:hAnsi="Source Sans Pro"/>
          <w:color w:val="000000"/>
          <w:sz w:val="21"/>
          <w:szCs w:val="21"/>
        </w:rPr>
        <w:t xml:space="preserve"> ziyaret ederek minik yüreklerle bir araya geldi! </w:t>
      </w:r>
      <w:r>
        <w:rPr>
          <w:rFonts w:ascii="Apple Color Emoji" w:hAnsi="Apple Color Emoji" w:cs="Apple Color Emoji"/>
          <w:color w:val="000000"/>
          <w:sz w:val="21"/>
          <w:szCs w:val="21"/>
        </w:rPr>
        <w:t>🎈</w:t>
      </w:r>
    </w:p>
    <w:p w14:paraId="1E533FF6" w14:textId="77777777" w:rsidR="004922D1" w:rsidRDefault="004922D1" w:rsidP="004922D1">
      <w:pPr>
        <w:pStyle w:val="NormalWeb"/>
        <w:spacing w:before="0" w:beforeAutospacing="0" w:after="0" w:afterAutospacing="0" w:line="525" w:lineRule="atLeast"/>
        <w:rPr>
          <w:rFonts w:ascii="Source Sans Pro" w:hAnsi="Source Sans Pro"/>
          <w:color w:val="000000"/>
          <w:sz w:val="21"/>
          <w:szCs w:val="21"/>
        </w:rPr>
      </w:pPr>
      <w:r>
        <w:rPr>
          <w:rFonts w:ascii="Source Sans Pro" w:hAnsi="Source Sans Pro"/>
          <w:color w:val="000000"/>
          <w:sz w:val="21"/>
          <w:szCs w:val="21"/>
        </w:rPr>
        <w:t xml:space="preserve">Renkli etkinlikler, danslar, oyunlar ve el sanatları atölyeleriyle dolu bu özel günde, çocukların neşesi hepimize enerji verdi. </w:t>
      </w:r>
      <w:r>
        <w:rPr>
          <w:rFonts w:ascii="Apple Color Emoji" w:hAnsi="Apple Color Emoji" w:cs="Apple Color Emoji"/>
          <w:color w:val="000000"/>
          <w:sz w:val="21"/>
          <w:szCs w:val="21"/>
        </w:rPr>
        <w:t>🤸♂️🎨</w:t>
      </w:r>
      <w:r>
        <w:rPr>
          <w:rFonts w:ascii="Source Sans Pro" w:hAnsi="Source Sans Pro"/>
          <w:color w:val="000000"/>
          <w:sz w:val="21"/>
          <w:szCs w:val="21"/>
        </w:rPr>
        <w:t xml:space="preserve"> Çocuk gelişiminin önemini vurgulayan bu anlamlı </w:t>
      </w:r>
      <w:proofErr w:type="gramStart"/>
      <w:r>
        <w:rPr>
          <w:rFonts w:ascii="Source Sans Pro" w:hAnsi="Source Sans Pro"/>
          <w:color w:val="000000"/>
          <w:sz w:val="21"/>
          <w:szCs w:val="21"/>
        </w:rPr>
        <w:t>buluşma,</w:t>
      </w:r>
      <w:proofErr w:type="gramEnd"/>
      <w:r>
        <w:rPr>
          <w:rFonts w:ascii="Source Sans Pro" w:hAnsi="Source Sans Pro"/>
          <w:color w:val="000000"/>
          <w:sz w:val="21"/>
          <w:szCs w:val="21"/>
        </w:rPr>
        <w:t xml:space="preserve"> hem öğretici hem de eğlenceli anılarla tamamlandı.</w:t>
      </w:r>
    </w:p>
    <w:p w14:paraId="7AC98BAB" w14:textId="77777777" w:rsidR="004922D1" w:rsidRDefault="004922D1" w:rsidP="004922D1">
      <w:pPr>
        <w:pStyle w:val="NormalWeb"/>
        <w:spacing w:before="0" w:beforeAutospacing="0" w:after="0" w:afterAutospacing="0" w:line="525" w:lineRule="atLeast"/>
        <w:rPr>
          <w:rFonts w:ascii="Source Sans Pro" w:hAnsi="Source Sans Pro"/>
          <w:color w:val="000000"/>
          <w:sz w:val="21"/>
          <w:szCs w:val="21"/>
        </w:rPr>
      </w:pPr>
      <w:r>
        <w:rPr>
          <w:rStyle w:val="Gl"/>
          <w:rFonts w:ascii="Source Sans Pro" w:hAnsi="Source Sans Pro"/>
          <w:color w:val="000000"/>
          <w:sz w:val="21"/>
          <w:szCs w:val="21"/>
        </w:rPr>
        <w:t>“Geleceğimizin teminatı çocuklarımız, bayramınız kutlu olsun!”</w:t>
      </w:r>
      <w:r>
        <w:rPr>
          <w:rFonts w:ascii="Source Sans Pro" w:hAnsi="Source Sans Pro"/>
          <w:color w:val="000000"/>
          <w:sz w:val="21"/>
          <w:szCs w:val="21"/>
        </w:rPr>
        <w:t> </w:t>
      </w:r>
    </w:p>
    <w:p w14:paraId="145360E8" w14:textId="77777777" w:rsidR="004922D1" w:rsidRDefault="004922D1">
      <w:pPr>
        <w:rPr>
          <w:lang w:val="tr-TR"/>
        </w:rPr>
      </w:pPr>
    </w:p>
    <w:p w14:paraId="2D5C7D23" w14:textId="1D5E6F70" w:rsidR="004922D1" w:rsidRPr="004922D1" w:rsidRDefault="004922D1">
      <w:pPr>
        <w:rPr>
          <w:lang w:val="tr-TR"/>
        </w:rPr>
      </w:pPr>
      <w:r w:rsidRPr="004922D1">
        <w:rPr>
          <w:lang w:val="tr-TR"/>
        </w:rPr>
        <w:drawing>
          <wp:inline distT="0" distB="0" distL="0" distR="0" wp14:anchorId="4AE5E006" wp14:editId="12AC64D7">
            <wp:extent cx="5486400" cy="4224655"/>
            <wp:effectExtent l="0" t="0" r="0" b="4445"/>
            <wp:docPr id="20047838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838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2D1" w:rsidRPr="004922D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9560E7"/>
    <w:multiLevelType w:val="multilevel"/>
    <w:tmpl w:val="7680A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3B1C89"/>
    <w:multiLevelType w:val="multilevel"/>
    <w:tmpl w:val="E906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CA4FB8"/>
    <w:multiLevelType w:val="multilevel"/>
    <w:tmpl w:val="3D8E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A516B2"/>
    <w:multiLevelType w:val="multilevel"/>
    <w:tmpl w:val="9972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7019D9"/>
    <w:multiLevelType w:val="multilevel"/>
    <w:tmpl w:val="BB5C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1B6C35"/>
    <w:multiLevelType w:val="multilevel"/>
    <w:tmpl w:val="08AC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1E6B85"/>
    <w:multiLevelType w:val="multilevel"/>
    <w:tmpl w:val="2810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BA49D2"/>
    <w:multiLevelType w:val="multilevel"/>
    <w:tmpl w:val="A67A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0307A4"/>
    <w:multiLevelType w:val="multilevel"/>
    <w:tmpl w:val="C47E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D83D33"/>
    <w:multiLevelType w:val="multilevel"/>
    <w:tmpl w:val="F62C8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7508F3"/>
    <w:multiLevelType w:val="multilevel"/>
    <w:tmpl w:val="1272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4713078">
    <w:abstractNumId w:val="8"/>
  </w:num>
  <w:num w:numId="2" w16cid:durableId="536896614">
    <w:abstractNumId w:val="6"/>
  </w:num>
  <w:num w:numId="3" w16cid:durableId="1862664263">
    <w:abstractNumId w:val="5"/>
  </w:num>
  <w:num w:numId="4" w16cid:durableId="83036303">
    <w:abstractNumId w:val="4"/>
  </w:num>
  <w:num w:numId="5" w16cid:durableId="801463650">
    <w:abstractNumId w:val="7"/>
  </w:num>
  <w:num w:numId="6" w16cid:durableId="923686104">
    <w:abstractNumId w:val="3"/>
  </w:num>
  <w:num w:numId="7" w16cid:durableId="310865271">
    <w:abstractNumId w:val="2"/>
  </w:num>
  <w:num w:numId="8" w16cid:durableId="57024711">
    <w:abstractNumId w:val="1"/>
  </w:num>
  <w:num w:numId="9" w16cid:durableId="1165047870">
    <w:abstractNumId w:val="0"/>
  </w:num>
  <w:num w:numId="10" w16cid:durableId="844714028">
    <w:abstractNumId w:val="19"/>
  </w:num>
  <w:num w:numId="11" w16cid:durableId="2101945294">
    <w:abstractNumId w:val="11"/>
  </w:num>
  <w:num w:numId="12" w16cid:durableId="320886870">
    <w:abstractNumId w:val="13"/>
  </w:num>
  <w:num w:numId="13" w16cid:durableId="1027101289">
    <w:abstractNumId w:val="14"/>
  </w:num>
  <w:num w:numId="14" w16cid:durableId="105931972">
    <w:abstractNumId w:val="16"/>
  </w:num>
  <w:num w:numId="15" w16cid:durableId="1972399584">
    <w:abstractNumId w:val="17"/>
  </w:num>
  <w:num w:numId="16" w16cid:durableId="735249247">
    <w:abstractNumId w:val="9"/>
  </w:num>
  <w:num w:numId="17" w16cid:durableId="576794295">
    <w:abstractNumId w:val="18"/>
  </w:num>
  <w:num w:numId="18" w16cid:durableId="1060711253">
    <w:abstractNumId w:val="15"/>
  </w:num>
  <w:num w:numId="19" w16cid:durableId="1880702674">
    <w:abstractNumId w:val="10"/>
  </w:num>
  <w:num w:numId="20" w16cid:durableId="4311714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67BAC"/>
    <w:rsid w:val="0015074B"/>
    <w:rsid w:val="00216445"/>
    <w:rsid w:val="0029639D"/>
    <w:rsid w:val="00326F90"/>
    <w:rsid w:val="003811BF"/>
    <w:rsid w:val="004922D1"/>
    <w:rsid w:val="00630DC3"/>
    <w:rsid w:val="006B5376"/>
    <w:rsid w:val="009248CF"/>
    <w:rsid w:val="00AA1D8D"/>
    <w:rsid w:val="00B47730"/>
    <w:rsid w:val="00CB0664"/>
    <w:rsid w:val="00DC091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51D299"/>
  <w14:defaultImageDpi w14:val="300"/>
  <w15:docId w15:val="{4B6A4C54-3B62-1646-9A20-1BF3ED7C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6B5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semiHidden/>
    <w:unhideWhenUsed/>
    <w:rsid w:val="006B53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Hanifi Korkmaz</cp:lastModifiedBy>
  <cp:revision>5</cp:revision>
  <dcterms:created xsi:type="dcterms:W3CDTF">2013-12-23T23:15:00Z</dcterms:created>
  <dcterms:modified xsi:type="dcterms:W3CDTF">2025-09-12T12:56:00Z</dcterms:modified>
  <cp:category/>
</cp:coreProperties>
</file>